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486400" cy="8229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bright_bold_festival_poster_program_flyer_ov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